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3EF4" w14:textId="1B8D60F2" w:rsidR="00A127A4" w:rsidRPr="00A127A4" w:rsidRDefault="00A127A4" w:rsidP="00A127A4">
      <w:pPr>
        <w:jc w:val="center"/>
        <w:rPr>
          <w:b/>
          <w:bCs/>
          <w:sz w:val="32"/>
          <w:szCs w:val="32"/>
          <w:lang w:eastAsia="ja-JP"/>
        </w:rPr>
      </w:pPr>
      <w:r w:rsidRPr="00A127A4">
        <w:rPr>
          <w:b/>
          <w:bCs/>
          <w:sz w:val="32"/>
          <w:szCs w:val="32"/>
          <w:lang w:eastAsia="ja-JP"/>
        </w:rPr>
        <w:t>活動参加</w:t>
      </w:r>
      <w:r>
        <w:rPr>
          <w:rFonts w:hint="eastAsia"/>
          <w:b/>
          <w:bCs/>
          <w:sz w:val="32"/>
          <w:szCs w:val="32"/>
          <w:lang w:eastAsia="ja-JP"/>
        </w:rPr>
        <w:t>に関する</w:t>
      </w:r>
      <w:r w:rsidR="00E24C64">
        <w:rPr>
          <w:rFonts w:hint="eastAsia"/>
          <w:b/>
          <w:bCs/>
          <w:sz w:val="32"/>
          <w:szCs w:val="32"/>
          <w:lang w:eastAsia="ja-JP"/>
        </w:rPr>
        <w:t>保護者</w:t>
      </w:r>
      <w:r w:rsidRPr="00A127A4">
        <w:rPr>
          <w:b/>
          <w:bCs/>
          <w:sz w:val="32"/>
          <w:szCs w:val="32"/>
          <w:lang w:eastAsia="ja-JP"/>
        </w:rPr>
        <w:t>同意書</w:t>
      </w:r>
    </w:p>
    <w:p w14:paraId="4243AC6E" w14:textId="3C19E297" w:rsidR="00A127A4" w:rsidRPr="00A127A4" w:rsidRDefault="00A127A4" w:rsidP="00A127A4">
      <w:pPr>
        <w:rPr>
          <w:lang w:eastAsia="ja-JP"/>
        </w:rPr>
      </w:pPr>
    </w:p>
    <w:p w14:paraId="393AC49D" w14:textId="7950ADA4" w:rsidR="00A127A4" w:rsidRPr="008C0DFD" w:rsidRDefault="00A127A4" w:rsidP="00A127A4">
      <w:pPr>
        <w:rPr>
          <w:lang w:eastAsia="ja-JP"/>
        </w:rPr>
      </w:pPr>
      <w:r w:rsidRPr="008C0DFD">
        <w:rPr>
          <w:rFonts w:hint="eastAsia"/>
          <w:lang w:eastAsia="ja-JP"/>
        </w:rPr>
        <w:t>私は</w:t>
      </w:r>
      <w:r w:rsidRPr="008C0DFD">
        <w:rPr>
          <w:lang w:eastAsia="ja-JP"/>
        </w:rPr>
        <w:t>本活動への参加にあたり、保護者として下記の事項に同意します。</w:t>
      </w:r>
    </w:p>
    <w:p w14:paraId="1E958DE9" w14:textId="77777777" w:rsidR="00A127A4" w:rsidRPr="00A127A4" w:rsidRDefault="00194C0C" w:rsidP="00A127A4">
      <w:pPr>
        <w:rPr>
          <w:lang w:eastAsia="ja-JP"/>
        </w:rPr>
      </w:pPr>
      <w:r>
        <w:rPr>
          <w:lang w:eastAsia="ja-JP"/>
        </w:rPr>
        <w:pict w14:anchorId="36297F7B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6A71D312" w14:textId="77777777" w:rsidR="00A127A4" w:rsidRPr="00A127A4" w:rsidRDefault="00A127A4" w:rsidP="00A127A4">
      <w:pPr>
        <w:rPr>
          <w:b/>
          <w:bCs/>
          <w:lang w:eastAsia="ja-JP"/>
        </w:rPr>
      </w:pPr>
      <w:r w:rsidRPr="00A127A4">
        <w:rPr>
          <w:rFonts w:ascii="Courier New" w:hAnsi="Courier New" w:cs="Courier New"/>
          <w:b/>
          <w:bCs/>
          <w:lang w:eastAsia="ja-JP"/>
        </w:rPr>
        <w:t>■</w:t>
      </w:r>
      <w:r w:rsidRPr="00A127A4">
        <w:rPr>
          <w:b/>
          <w:bCs/>
          <w:lang w:eastAsia="ja-JP"/>
        </w:rPr>
        <w:t>参加者情報</w:t>
      </w:r>
    </w:p>
    <w:p w14:paraId="2BBB58EB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>参加日：令和　　年　　月　　日</w:t>
      </w:r>
    </w:p>
    <w:p w14:paraId="4D4F011E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参加者氏名：　　　　　　　　　　　　</w:t>
      </w:r>
    </w:p>
    <w:p w14:paraId="6AEABC41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学校名：　　　　　　　　　　　　　　</w:t>
      </w:r>
    </w:p>
    <w:p w14:paraId="4A44FA15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学年：　　　　　　　　　　　　　　　</w:t>
      </w:r>
    </w:p>
    <w:p w14:paraId="533AC3D5" w14:textId="77777777" w:rsidR="00A127A4" w:rsidRPr="00A127A4" w:rsidRDefault="00194C0C" w:rsidP="00A127A4">
      <w:pPr>
        <w:rPr>
          <w:lang w:eastAsia="ja-JP"/>
        </w:rPr>
      </w:pPr>
      <w:r>
        <w:rPr>
          <w:lang w:eastAsia="ja-JP"/>
        </w:rPr>
        <w:pict w14:anchorId="710C5784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107791CE" w14:textId="77777777" w:rsidR="00A127A4" w:rsidRPr="00A127A4" w:rsidRDefault="00A127A4" w:rsidP="00A127A4">
      <w:pPr>
        <w:rPr>
          <w:b/>
          <w:bCs/>
          <w:lang w:eastAsia="ja-JP"/>
        </w:rPr>
      </w:pPr>
      <w:r w:rsidRPr="00A127A4">
        <w:rPr>
          <w:rFonts w:ascii="Courier New" w:hAnsi="Courier New" w:cs="Courier New"/>
          <w:b/>
          <w:bCs/>
          <w:lang w:eastAsia="ja-JP"/>
        </w:rPr>
        <w:t>■</w:t>
      </w:r>
      <w:r w:rsidRPr="00A127A4">
        <w:rPr>
          <w:b/>
          <w:bCs/>
          <w:lang w:eastAsia="ja-JP"/>
        </w:rPr>
        <w:t>保護者情報</w:t>
      </w:r>
    </w:p>
    <w:p w14:paraId="562153FE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保護者氏名：　　　　　　　　　　　　</w:t>
      </w:r>
    </w:p>
    <w:p w14:paraId="5708AAFE" w14:textId="77777777" w:rsidR="0005260A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続柄：　</w:t>
      </w:r>
    </w:p>
    <w:p w14:paraId="57A00E0A" w14:textId="10F43432" w:rsidR="00A127A4" w:rsidRPr="00A127A4" w:rsidRDefault="0005260A" w:rsidP="00A127A4">
      <w:pPr>
        <w:rPr>
          <w:lang w:eastAsia="ja-JP"/>
        </w:rPr>
      </w:pPr>
      <w:r>
        <w:rPr>
          <w:rFonts w:hint="eastAsia"/>
          <w:lang w:eastAsia="ja-JP"/>
        </w:rPr>
        <w:t>住所：</w:t>
      </w:r>
      <w:r w:rsidR="00A127A4" w:rsidRPr="00A127A4">
        <w:rPr>
          <w:lang w:eastAsia="ja-JP"/>
        </w:rPr>
        <w:t xml:space="preserve">　　　　　　　　　　　　　　</w:t>
      </w:r>
    </w:p>
    <w:p w14:paraId="32477C83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緊急連絡先：　　　　　　　　　　　　</w:t>
      </w:r>
    </w:p>
    <w:p w14:paraId="7B80701F" w14:textId="77777777" w:rsidR="00A127A4" w:rsidRPr="00A127A4" w:rsidRDefault="00194C0C" w:rsidP="00A127A4">
      <w:pPr>
        <w:rPr>
          <w:lang w:eastAsia="ja-JP"/>
        </w:rPr>
      </w:pPr>
      <w:r>
        <w:rPr>
          <w:lang w:eastAsia="ja-JP"/>
        </w:rPr>
        <w:pict w14:anchorId="018647E3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095A60DB" w14:textId="77777777" w:rsidR="00A127A4" w:rsidRPr="00A127A4" w:rsidRDefault="00A127A4" w:rsidP="00A127A4">
      <w:pPr>
        <w:rPr>
          <w:b/>
          <w:bCs/>
          <w:lang w:eastAsia="ja-JP"/>
        </w:rPr>
      </w:pPr>
      <w:r w:rsidRPr="00A127A4">
        <w:rPr>
          <w:rFonts w:ascii="Courier New" w:hAnsi="Courier New" w:cs="Courier New"/>
          <w:b/>
          <w:bCs/>
          <w:lang w:eastAsia="ja-JP"/>
        </w:rPr>
        <w:t>■</w:t>
      </w:r>
      <w:r w:rsidRPr="00A127A4">
        <w:rPr>
          <w:b/>
          <w:bCs/>
          <w:lang w:eastAsia="ja-JP"/>
        </w:rPr>
        <w:t>同意内容</w:t>
      </w:r>
    </w:p>
    <w:p w14:paraId="6B427451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>・活動内容を理解し、上記未成年者の参加に同意します。</w:t>
      </w:r>
      <w:r w:rsidRPr="00A127A4">
        <w:rPr>
          <w:lang w:eastAsia="ja-JP"/>
        </w:rPr>
        <w:br/>
      </w:r>
      <w:r w:rsidRPr="00A127A4">
        <w:rPr>
          <w:lang w:eastAsia="ja-JP"/>
        </w:rPr>
        <w:t>・活動中は、主催者等の指示に従い、安全に配慮することを了承します。</w:t>
      </w:r>
      <w:r w:rsidRPr="00A127A4">
        <w:rPr>
          <w:lang w:eastAsia="ja-JP"/>
        </w:rPr>
        <w:br/>
      </w:r>
      <w:r w:rsidRPr="00A127A4">
        <w:rPr>
          <w:lang w:eastAsia="ja-JP"/>
        </w:rPr>
        <w:t>・活動中の事故や怪我等については、保護者の責任において対応します。</w:t>
      </w:r>
      <w:r w:rsidRPr="00A127A4">
        <w:rPr>
          <w:lang w:eastAsia="ja-JP"/>
        </w:rPr>
        <w:br/>
      </w:r>
      <w:r w:rsidRPr="00A127A4">
        <w:rPr>
          <w:lang w:eastAsia="ja-JP"/>
        </w:rPr>
        <w:t>・第三者や施設に損害を与えた場合は、保護者が責任を負います。</w:t>
      </w:r>
      <w:r w:rsidRPr="00A127A4">
        <w:rPr>
          <w:lang w:eastAsia="ja-JP"/>
        </w:rPr>
        <w:br/>
      </w:r>
      <w:r w:rsidRPr="00A127A4">
        <w:rPr>
          <w:lang w:eastAsia="ja-JP"/>
        </w:rPr>
        <w:t>・活動中の写真等が広報に使用されることに同意します。</w:t>
      </w:r>
    </w:p>
    <w:p w14:paraId="6F75418E" w14:textId="77777777" w:rsidR="00A127A4" w:rsidRPr="00A127A4" w:rsidRDefault="00194C0C" w:rsidP="00A127A4">
      <w:pPr>
        <w:rPr>
          <w:lang w:eastAsia="ja-JP"/>
        </w:rPr>
      </w:pPr>
      <w:r>
        <w:rPr>
          <w:lang w:eastAsia="ja-JP"/>
        </w:rPr>
        <w:pict w14:anchorId="1780765B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0060E7CA" w14:textId="7777777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>令和　　年　　月　　日</w:t>
      </w:r>
    </w:p>
    <w:p w14:paraId="20A8E5F5" w14:textId="5591A767" w:rsidR="00A127A4" w:rsidRPr="00A127A4" w:rsidRDefault="00A127A4" w:rsidP="00A127A4">
      <w:pPr>
        <w:rPr>
          <w:lang w:eastAsia="ja-JP"/>
        </w:rPr>
      </w:pPr>
      <w:r w:rsidRPr="00A127A4">
        <w:rPr>
          <w:lang w:eastAsia="ja-JP"/>
        </w:rPr>
        <w:t xml:space="preserve">保護者氏名　　　　　　　　　　　　</w:t>
      </w:r>
    </w:p>
    <w:p w14:paraId="164E9707" w14:textId="77777777" w:rsidR="00A127A4" w:rsidRPr="00A127A4" w:rsidRDefault="00A127A4">
      <w:pPr>
        <w:rPr>
          <w:lang w:eastAsia="ja-JP"/>
        </w:rPr>
      </w:pPr>
    </w:p>
    <w:sectPr w:rsidR="00A127A4" w:rsidRPr="00A127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AC5A" w14:textId="77777777" w:rsidR="00194C0C" w:rsidRDefault="00194C0C" w:rsidP="0005260A">
      <w:pPr>
        <w:spacing w:after="0" w:line="240" w:lineRule="auto"/>
      </w:pPr>
      <w:r>
        <w:separator/>
      </w:r>
    </w:p>
  </w:endnote>
  <w:endnote w:type="continuationSeparator" w:id="0">
    <w:p w14:paraId="14C224F1" w14:textId="77777777" w:rsidR="00194C0C" w:rsidRDefault="00194C0C" w:rsidP="0005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2859" w14:textId="77777777" w:rsidR="00194C0C" w:rsidRDefault="00194C0C" w:rsidP="0005260A">
      <w:pPr>
        <w:spacing w:after="0" w:line="240" w:lineRule="auto"/>
      </w:pPr>
      <w:r>
        <w:separator/>
      </w:r>
    </w:p>
  </w:footnote>
  <w:footnote w:type="continuationSeparator" w:id="0">
    <w:p w14:paraId="7288EFB2" w14:textId="77777777" w:rsidR="00194C0C" w:rsidRDefault="00194C0C" w:rsidP="0005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4297405">
    <w:abstractNumId w:val="8"/>
  </w:num>
  <w:num w:numId="2" w16cid:durableId="1557274307">
    <w:abstractNumId w:val="6"/>
  </w:num>
  <w:num w:numId="3" w16cid:durableId="1543324078">
    <w:abstractNumId w:val="5"/>
  </w:num>
  <w:num w:numId="4" w16cid:durableId="999045379">
    <w:abstractNumId w:val="4"/>
  </w:num>
  <w:num w:numId="5" w16cid:durableId="426079777">
    <w:abstractNumId w:val="7"/>
  </w:num>
  <w:num w:numId="6" w16cid:durableId="2018380214">
    <w:abstractNumId w:val="3"/>
  </w:num>
  <w:num w:numId="7" w16cid:durableId="1487434259">
    <w:abstractNumId w:val="2"/>
  </w:num>
  <w:num w:numId="8" w16cid:durableId="966929693">
    <w:abstractNumId w:val="1"/>
  </w:num>
  <w:num w:numId="9" w16cid:durableId="73481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60A"/>
    <w:rsid w:val="0006063C"/>
    <w:rsid w:val="0015074B"/>
    <w:rsid w:val="00194C0C"/>
    <w:rsid w:val="0029639D"/>
    <w:rsid w:val="00326F90"/>
    <w:rsid w:val="00567305"/>
    <w:rsid w:val="00655602"/>
    <w:rsid w:val="0081167B"/>
    <w:rsid w:val="008C0DFD"/>
    <w:rsid w:val="00902FDD"/>
    <w:rsid w:val="00A127A4"/>
    <w:rsid w:val="00AA1D8D"/>
    <w:rsid w:val="00B47730"/>
    <w:rsid w:val="00B56583"/>
    <w:rsid w:val="00B71D0F"/>
    <w:rsid w:val="00CB0664"/>
    <w:rsid w:val="00D3100E"/>
    <w:rsid w:val="00E24C64"/>
    <w:rsid w:val="00E346CB"/>
    <w:rsid w:val="00E42522"/>
    <w:rsid w:val="00E70B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2E2DC3"/>
  <w14:defaultImageDpi w14:val="300"/>
  <w15:docId w15:val="{AA0E1FD7-FB9B-4726-B689-8CB728D1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伸也 松田</cp:lastModifiedBy>
  <cp:revision>8</cp:revision>
  <cp:lastPrinted>2026-03-22T05:25:00Z</cp:lastPrinted>
  <dcterms:created xsi:type="dcterms:W3CDTF">2026-03-22T05:15:00Z</dcterms:created>
  <dcterms:modified xsi:type="dcterms:W3CDTF">2026-07-09T06:05:00Z</dcterms:modified>
  <cp:category/>
</cp:coreProperties>
</file>